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2BA509" w14:textId="77777777" w:rsidR="006443A6" w:rsidRPr="00427E44" w:rsidRDefault="00FD09B8">
      <w:pPr>
        <w:pStyle w:val="Overskrift1"/>
        <w:rPr>
          <w:lang w:val="nb-NO"/>
        </w:rPr>
      </w:pPr>
      <w:r w:rsidRPr="00427E44">
        <w:rPr>
          <w:lang w:val="nb-NO"/>
        </w:rPr>
        <w:t>Sportsplan for BIL Håndball 2025–2028</w:t>
      </w:r>
    </w:p>
    <w:p w14:paraId="54673797" w14:textId="77777777" w:rsidR="006443A6" w:rsidRPr="00427E44" w:rsidRDefault="00FD09B8">
      <w:pPr>
        <w:pStyle w:val="Sterktsitat"/>
        <w:rPr>
          <w:lang w:val="nb-NO"/>
        </w:rPr>
      </w:pPr>
      <w:r w:rsidRPr="00427E44">
        <w:rPr>
          <w:lang w:val="nb-NO"/>
        </w:rPr>
        <w:t xml:space="preserve">Motto: </w:t>
      </w:r>
      <w:bookmarkStart w:id="0" w:name="_Hlk219654066"/>
      <w:r w:rsidRPr="00427E44">
        <w:rPr>
          <w:lang w:val="nb-NO"/>
        </w:rPr>
        <w:t>Flest mulig – lengst mulig – best mulig</w:t>
      </w:r>
    </w:p>
    <w:bookmarkEnd w:id="0"/>
    <w:p w14:paraId="16CC764C" w14:textId="77777777" w:rsidR="006443A6" w:rsidRPr="00427E44" w:rsidRDefault="00FD09B8">
      <w:pPr>
        <w:pStyle w:val="Overskrift2"/>
        <w:rPr>
          <w:lang w:val="nb-NO"/>
        </w:rPr>
      </w:pPr>
      <w:r w:rsidRPr="00427E44">
        <w:rPr>
          <w:lang w:val="nb-NO"/>
        </w:rPr>
        <w:t>1. Innledning</w:t>
      </w:r>
    </w:p>
    <w:p w14:paraId="3CE2FE4D" w14:textId="7324217E" w:rsidR="006443A6" w:rsidRPr="00427E44" w:rsidRDefault="00FD09B8">
      <w:pPr>
        <w:rPr>
          <w:lang w:val="nb-NO"/>
        </w:rPr>
      </w:pPr>
      <w:r w:rsidRPr="00427E44">
        <w:rPr>
          <w:lang w:val="nb-NO"/>
        </w:rPr>
        <w:t xml:space="preserve">Denne sportsplanen er et levende arbeidsdokument for alle som har en rolle i BIL Håndball. Den beskriver hvordan klubben skal tilby et trygt, utviklende og morsomt håndballmiljø for barn, ungdom og voksne. Planen kombinerer breddeidrett og seniorsatsing, og skal revideres jevnlig i samarbeid mellom Sportslig Utvalg og </w:t>
      </w:r>
      <w:r w:rsidR="00427E44">
        <w:rPr>
          <w:lang w:val="nb-NO"/>
        </w:rPr>
        <w:t>S</w:t>
      </w:r>
      <w:r w:rsidRPr="00427E44">
        <w:rPr>
          <w:lang w:val="nb-NO"/>
        </w:rPr>
        <w:t>tyret.</w:t>
      </w:r>
    </w:p>
    <w:p w14:paraId="6B42AEC1" w14:textId="77777777" w:rsidR="006443A6" w:rsidRPr="00427E44" w:rsidRDefault="00FD09B8">
      <w:pPr>
        <w:pStyle w:val="Overskrift2"/>
        <w:rPr>
          <w:lang w:val="nb-NO"/>
        </w:rPr>
      </w:pPr>
      <w:r w:rsidRPr="00427E44">
        <w:rPr>
          <w:lang w:val="nb-NO"/>
        </w:rPr>
        <w:t>2. Visjon og verdier</w:t>
      </w:r>
    </w:p>
    <w:p w14:paraId="783719B2" w14:textId="77777777" w:rsidR="006443A6" w:rsidRPr="00427E44" w:rsidRDefault="00FD09B8">
      <w:pPr>
        <w:rPr>
          <w:lang w:val="nb-NO"/>
        </w:rPr>
      </w:pPr>
      <w:r w:rsidRPr="00427E44">
        <w:rPr>
          <w:lang w:val="nb-NO"/>
        </w:rPr>
        <w:t>BIL Håndball skal være en klubb der både bredde og satsing har sin naturlige plass. Vi skal skape et miljø hvor alle får mulighet til å utvikle seg ut fra sine forutsetninger – fra håndballglede i barneårene til ambisjoner om spill på seniornivå.</w:t>
      </w:r>
    </w:p>
    <w:p w14:paraId="74E1BDF8" w14:textId="77777777" w:rsidR="006443A6" w:rsidRDefault="00FD09B8">
      <w:proofErr w:type="spellStart"/>
      <w:r>
        <w:t>Våre</w:t>
      </w:r>
      <w:proofErr w:type="spellEnd"/>
      <w:r>
        <w:t xml:space="preserve"> </w:t>
      </w:r>
      <w:proofErr w:type="spellStart"/>
      <w:r>
        <w:t>verdier</w:t>
      </w:r>
      <w:proofErr w:type="spellEnd"/>
      <w:r>
        <w:t>:</w:t>
      </w:r>
    </w:p>
    <w:p w14:paraId="1341BA20" w14:textId="39464B0D" w:rsidR="006443A6" w:rsidRPr="00427E44" w:rsidRDefault="00FD09B8">
      <w:pPr>
        <w:pStyle w:val="Punktliste"/>
        <w:rPr>
          <w:lang w:val="nb-NO"/>
        </w:rPr>
      </w:pPr>
      <w:r w:rsidRPr="00427E44">
        <w:rPr>
          <w:lang w:val="nb-NO"/>
        </w:rPr>
        <w:t>Begeistring – vi viser engasjement og glede i alt vi gjør.</w:t>
      </w:r>
    </w:p>
    <w:p w14:paraId="5B8E07CF" w14:textId="0B01D8F1" w:rsidR="006443A6" w:rsidRPr="00427E44" w:rsidRDefault="00FD09B8">
      <w:pPr>
        <w:pStyle w:val="Punktliste"/>
        <w:rPr>
          <w:lang w:val="nb-NO"/>
        </w:rPr>
      </w:pPr>
      <w:r w:rsidRPr="00427E44">
        <w:rPr>
          <w:lang w:val="nb-NO"/>
        </w:rPr>
        <w:t>Glede – håndball skal være gøy, uansett nivå.</w:t>
      </w:r>
    </w:p>
    <w:p w14:paraId="72CE7427" w14:textId="627871B3" w:rsidR="006443A6" w:rsidRPr="00427E44" w:rsidRDefault="00FD09B8">
      <w:pPr>
        <w:pStyle w:val="Punktliste"/>
        <w:rPr>
          <w:lang w:val="nb-NO"/>
        </w:rPr>
      </w:pPr>
      <w:r w:rsidRPr="00427E44">
        <w:rPr>
          <w:lang w:val="nb-NO"/>
        </w:rPr>
        <w:t>Innsatsvilje – vi gir det lille ekstra for laget og fellesskapet.</w:t>
      </w:r>
    </w:p>
    <w:p w14:paraId="754AE1D8" w14:textId="673A0A06" w:rsidR="006443A6" w:rsidRDefault="00FD09B8">
      <w:pPr>
        <w:pStyle w:val="Punktliste"/>
      </w:pPr>
      <w:proofErr w:type="spellStart"/>
      <w:r>
        <w:t>Respekt</w:t>
      </w:r>
      <w:proofErr w:type="spellEnd"/>
      <w:r>
        <w:t xml:space="preserve"> – vi </w:t>
      </w:r>
      <w:proofErr w:type="spellStart"/>
      <w:r>
        <w:t>viser</w:t>
      </w:r>
      <w:proofErr w:type="spellEnd"/>
      <w:r>
        <w:t xml:space="preserve"> respekt for dommere, medspillere og motspillere.</w:t>
      </w:r>
    </w:p>
    <w:p w14:paraId="54C7080A" w14:textId="5AC16EF6" w:rsidR="006443A6" w:rsidRPr="00427E44" w:rsidRDefault="00FD09B8">
      <w:pPr>
        <w:pStyle w:val="Punktliste"/>
        <w:rPr>
          <w:lang w:val="nb-NO"/>
        </w:rPr>
      </w:pPr>
      <w:r w:rsidRPr="00427E44">
        <w:rPr>
          <w:lang w:val="nb-NO"/>
        </w:rPr>
        <w:t>Fair play – vi vinner og taper med stil.</w:t>
      </w:r>
    </w:p>
    <w:p w14:paraId="728C491D" w14:textId="77777777" w:rsidR="006443A6" w:rsidRPr="00427E44" w:rsidRDefault="00FD09B8">
      <w:pPr>
        <w:pStyle w:val="Overskrift2"/>
        <w:rPr>
          <w:lang w:val="nb-NO"/>
        </w:rPr>
      </w:pPr>
      <w:r w:rsidRPr="00427E44">
        <w:rPr>
          <w:lang w:val="nb-NO"/>
        </w:rPr>
        <w:t>3. Overordnede mål</w:t>
      </w:r>
    </w:p>
    <w:p w14:paraId="0ADDC371" w14:textId="77777777" w:rsidR="006443A6" w:rsidRPr="00427E44" w:rsidRDefault="00FD09B8">
      <w:pPr>
        <w:rPr>
          <w:lang w:val="nb-NO"/>
        </w:rPr>
      </w:pPr>
      <w:r w:rsidRPr="00427E44">
        <w:rPr>
          <w:lang w:val="nb-NO"/>
        </w:rPr>
        <w:t>BIL Håndball skal tilby et godt og utviklende håndballtilbud for alle, uavhengig av ferdighetsnivå og ambisjoner. Vi skal skape et miljø hvor flest mulig deltar, lengst mulig – og der de som ønsker det, får muligheten til å ta steget videre mot seniornivå.</w:t>
      </w:r>
    </w:p>
    <w:p w14:paraId="789F7AB9" w14:textId="77777777" w:rsidR="006443A6" w:rsidRDefault="00FD09B8">
      <w:proofErr w:type="spellStart"/>
      <w:r>
        <w:t>Våre</w:t>
      </w:r>
      <w:proofErr w:type="spellEnd"/>
      <w:r>
        <w:t xml:space="preserve"> </w:t>
      </w:r>
      <w:proofErr w:type="spellStart"/>
      <w:r>
        <w:t>hovedmål</w:t>
      </w:r>
      <w:proofErr w:type="spellEnd"/>
      <w:r>
        <w:t>:</w:t>
      </w:r>
    </w:p>
    <w:p w14:paraId="1933FFA6" w14:textId="44FEC63C" w:rsidR="006443A6" w:rsidRPr="00427E44" w:rsidRDefault="00FD09B8">
      <w:pPr>
        <w:pStyle w:val="Punktliste"/>
        <w:rPr>
          <w:lang w:val="nb-NO"/>
        </w:rPr>
      </w:pPr>
      <w:r w:rsidRPr="00427E44">
        <w:rPr>
          <w:lang w:val="nb-NO"/>
        </w:rPr>
        <w:t>Sikre høy deltakelse og trivsel i alle aldersgrupper (</w:t>
      </w:r>
      <w:r w:rsidR="00844E63">
        <w:rPr>
          <w:lang w:val="nb-NO"/>
        </w:rPr>
        <w:t>8</w:t>
      </w:r>
      <w:r w:rsidRPr="00427E44">
        <w:rPr>
          <w:lang w:val="nb-NO"/>
        </w:rPr>
        <w:t>–16 år).</w:t>
      </w:r>
    </w:p>
    <w:p w14:paraId="7AE34144" w14:textId="30ED7097" w:rsidR="006443A6" w:rsidRPr="00427E44" w:rsidRDefault="00FD09B8">
      <w:pPr>
        <w:pStyle w:val="Punktliste"/>
        <w:rPr>
          <w:lang w:val="nb-NO"/>
        </w:rPr>
      </w:pPr>
      <w:r w:rsidRPr="00427E44">
        <w:rPr>
          <w:lang w:val="nb-NO"/>
        </w:rPr>
        <w:t>Skape kontinuitet fra barneidrett til seniorhåndball.</w:t>
      </w:r>
    </w:p>
    <w:p w14:paraId="7B4BD638" w14:textId="013840DB" w:rsidR="006443A6" w:rsidRPr="00427E44" w:rsidRDefault="00FD09B8">
      <w:pPr>
        <w:pStyle w:val="Punktliste"/>
        <w:rPr>
          <w:lang w:val="nb-NO"/>
        </w:rPr>
      </w:pPr>
      <w:r w:rsidRPr="00427E44">
        <w:rPr>
          <w:lang w:val="nb-NO"/>
        </w:rPr>
        <w:t>Etablere og opprettholde lag i 3. divisjon på seniornivå.</w:t>
      </w:r>
    </w:p>
    <w:p w14:paraId="276620C0" w14:textId="365F719D" w:rsidR="006443A6" w:rsidRDefault="00FD09B8">
      <w:pPr>
        <w:pStyle w:val="Punktliste"/>
      </w:pPr>
      <w:r>
        <w:t xml:space="preserve">Tilby et </w:t>
      </w:r>
      <w:proofErr w:type="spellStart"/>
      <w:r>
        <w:t>rekrutteringslag</w:t>
      </w:r>
      <w:proofErr w:type="spellEnd"/>
      <w:r>
        <w:t xml:space="preserve"> (Dame/J1</w:t>
      </w:r>
      <w:r w:rsidR="00844E63">
        <w:t>6</w:t>
      </w:r>
      <w:r>
        <w:t xml:space="preserve"> og Herre/G1</w:t>
      </w:r>
      <w:r w:rsidR="00844E63">
        <w:t>6</w:t>
      </w:r>
      <w:r>
        <w:t xml:space="preserve">) </w:t>
      </w:r>
      <w:proofErr w:type="spellStart"/>
      <w:r>
        <w:t>som</w:t>
      </w:r>
      <w:proofErr w:type="spellEnd"/>
      <w:r>
        <w:t xml:space="preserve"> </w:t>
      </w:r>
      <w:proofErr w:type="spellStart"/>
      <w:r>
        <w:t>kobler</w:t>
      </w:r>
      <w:proofErr w:type="spellEnd"/>
      <w:r>
        <w:t xml:space="preserve"> </w:t>
      </w:r>
      <w:proofErr w:type="spellStart"/>
      <w:r>
        <w:t>ungdom</w:t>
      </w:r>
      <w:proofErr w:type="spellEnd"/>
      <w:r>
        <w:t xml:space="preserve"> og senior.</w:t>
      </w:r>
    </w:p>
    <w:p w14:paraId="140329B7" w14:textId="542FF9FA" w:rsidR="006443A6" w:rsidRPr="00427E44" w:rsidRDefault="00FD09B8">
      <w:pPr>
        <w:pStyle w:val="Punktliste"/>
        <w:rPr>
          <w:lang w:val="nb-NO"/>
        </w:rPr>
      </w:pPr>
      <w:r w:rsidRPr="00427E44">
        <w:rPr>
          <w:lang w:val="nb-NO"/>
        </w:rPr>
        <w:t>Være en klubb som fremmer både idrettsglede, trygghet og utvikling.</w:t>
      </w:r>
    </w:p>
    <w:p w14:paraId="5863FB4A" w14:textId="65FC22D3" w:rsidR="006443A6" w:rsidRPr="00427E44" w:rsidRDefault="00FD09B8">
      <w:pPr>
        <w:pStyle w:val="Overskrift2"/>
        <w:rPr>
          <w:lang w:val="nb-NO"/>
        </w:rPr>
      </w:pPr>
      <w:r w:rsidRPr="00427E44">
        <w:rPr>
          <w:lang w:val="nb-NO"/>
        </w:rPr>
        <w:t>4. Utviklingsarbeid</w:t>
      </w:r>
    </w:p>
    <w:p w14:paraId="38765039" w14:textId="0607E1F4" w:rsidR="005E453E" w:rsidRPr="00B33C9E" w:rsidRDefault="00141D35" w:rsidP="005E453E">
      <w:pPr>
        <w:rPr>
          <w:i/>
          <w:iCs/>
          <w:lang w:val="nb-NO"/>
        </w:rPr>
      </w:pPr>
      <w:r>
        <w:rPr>
          <w:lang w:val="nb-NO"/>
        </w:rPr>
        <w:t>K</w:t>
      </w:r>
      <w:r w:rsidR="00FD09B8" w:rsidRPr="00427E44">
        <w:rPr>
          <w:lang w:val="nb-NO"/>
        </w:rPr>
        <w:t xml:space="preserve">lubben </w:t>
      </w:r>
      <w:r>
        <w:rPr>
          <w:lang w:val="nb-NO"/>
        </w:rPr>
        <w:t>skal utøve utviklingsarbeid</w:t>
      </w:r>
      <w:r w:rsidR="00FD09B8" w:rsidRPr="00427E44">
        <w:rPr>
          <w:lang w:val="nb-NO"/>
        </w:rPr>
        <w:t>– fra håndballskolen til seniornivå. Samarbeidet mellom bredde og s</w:t>
      </w:r>
      <w:r w:rsidR="00375245">
        <w:rPr>
          <w:lang w:val="nb-NO"/>
        </w:rPr>
        <w:t xml:space="preserve">enior </w:t>
      </w:r>
      <w:r w:rsidR="00FD09B8" w:rsidRPr="00427E44">
        <w:rPr>
          <w:lang w:val="nb-NO"/>
        </w:rPr>
        <w:t xml:space="preserve">er </w:t>
      </w:r>
      <w:r w:rsidR="00375245">
        <w:rPr>
          <w:lang w:val="nb-NO"/>
        </w:rPr>
        <w:t>viktig</w:t>
      </w:r>
      <w:r w:rsidR="00FD09B8" w:rsidRPr="00427E44">
        <w:rPr>
          <w:lang w:val="nb-NO"/>
        </w:rPr>
        <w:t>.</w:t>
      </w:r>
      <w:r w:rsidR="00375245">
        <w:rPr>
          <w:lang w:val="nb-NO"/>
        </w:rPr>
        <w:t xml:space="preserve"> </w:t>
      </w:r>
      <w:r w:rsidR="005E453E">
        <w:rPr>
          <w:lang w:val="nb-NO"/>
        </w:rPr>
        <w:t xml:space="preserve">Utviklingsarbeidet skal utøves for å sikre at motto til klubben opprettholdes - </w:t>
      </w:r>
      <w:r w:rsidR="005E453E" w:rsidRPr="005E453E">
        <w:rPr>
          <w:b/>
          <w:bCs/>
          <w:i/>
          <w:iCs/>
          <w:lang w:val="nb-NO"/>
        </w:rPr>
        <w:t>Flest mulig – lengst mulig – best mulig</w:t>
      </w:r>
      <w:r w:rsidR="00B33C9E">
        <w:rPr>
          <w:b/>
          <w:bCs/>
          <w:i/>
          <w:iCs/>
          <w:lang w:val="nb-NO"/>
        </w:rPr>
        <w:t xml:space="preserve">. </w:t>
      </w:r>
      <w:r w:rsidR="00B33C9E">
        <w:rPr>
          <w:lang w:val="nb-NO"/>
        </w:rPr>
        <w:t xml:space="preserve">Utviklingsarbeidet skal tilpasses spilleren alder og egne ambisjonen. Det skal stimulere til økt mestringsfølelse, selvfølelse og selvtillit. </w:t>
      </w:r>
    </w:p>
    <w:p w14:paraId="0EAC2D5D" w14:textId="2DF07DB0" w:rsidR="006443A6" w:rsidRPr="00427E44" w:rsidRDefault="006443A6">
      <w:pPr>
        <w:rPr>
          <w:lang w:val="nb-NO"/>
        </w:rPr>
      </w:pPr>
    </w:p>
    <w:p w14:paraId="7E54F657" w14:textId="285BC3CC" w:rsidR="006443A6" w:rsidRPr="00427E44" w:rsidRDefault="00375245">
      <w:pPr>
        <w:rPr>
          <w:lang w:val="nb-NO"/>
        </w:rPr>
      </w:pPr>
      <w:r>
        <w:rPr>
          <w:lang w:val="nb-NO"/>
        </w:rPr>
        <w:t>Våre k</w:t>
      </w:r>
      <w:r w:rsidR="00FD09B8" w:rsidRPr="00427E44">
        <w:rPr>
          <w:lang w:val="nb-NO"/>
        </w:rPr>
        <w:t>jennetegn</w:t>
      </w:r>
      <w:r>
        <w:rPr>
          <w:lang w:val="nb-NO"/>
        </w:rPr>
        <w:t xml:space="preserve"> for utvikling</w:t>
      </w:r>
      <w:r w:rsidR="00FD09B8" w:rsidRPr="00427E44">
        <w:rPr>
          <w:lang w:val="nb-NO"/>
        </w:rPr>
        <w:t>:</w:t>
      </w:r>
    </w:p>
    <w:p w14:paraId="1C7B523B" w14:textId="7A9828F6" w:rsidR="006443A6" w:rsidRPr="00427E44" w:rsidRDefault="00FD09B8">
      <w:pPr>
        <w:pStyle w:val="Punktliste"/>
        <w:rPr>
          <w:lang w:val="nb-NO"/>
        </w:rPr>
      </w:pPr>
      <w:r w:rsidRPr="00427E44">
        <w:rPr>
          <w:lang w:val="nb-NO"/>
        </w:rPr>
        <w:t>Felles verdier og treningskultur i hele klubben.</w:t>
      </w:r>
    </w:p>
    <w:p w14:paraId="420E6731" w14:textId="18D61183" w:rsidR="006443A6" w:rsidRPr="00427E44" w:rsidRDefault="00FD09B8">
      <w:pPr>
        <w:pStyle w:val="Punktliste"/>
        <w:rPr>
          <w:lang w:val="nb-NO"/>
        </w:rPr>
      </w:pPr>
      <w:r w:rsidRPr="00427E44">
        <w:rPr>
          <w:lang w:val="nb-NO"/>
        </w:rPr>
        <w:t>Tett samarbeid mellom trenere i ungdoms- og seniorlag.</w:t>
      </w:r>
    </w:p>
    <w:p w14:paraId="3D99A0C3" w14:textId="080816EA" w:rsidR="006443A6" w:rsidRDefault="00FD09B8">
      <w:pPr>
        <w:pStyle w:val="Punktliste"/>
      </w:pPr>
      <w:proofErr w:type="spellStart"/>
      <w:r>
        <w:t>Hospitering</w:t>
      </w:r>
      <w:proofErr w:type="spellEnd"/>
      <w:r>
        <w:t xml:space="preserve"> og </w:t>
      </w:r>
      <w:proofErr w:type="spellStart"/>
      <w:r>
        <w:t>fellestreninger</w:t>
      </w:r>
      <w:proofErr w:type="spellEnd"/>
      <w:r>
        <w:t xml:space="preserve"> </w:t>
      </w:r>
    </w:p>
    <w:p w14:paraId="49B92A23" w14:textId="138E264E" w:rsidR="006443A6" w:rsidRPr="00427E44" w:rsidRDefault="00FD09B8">
      <w:pPr>
        <w:pStyle w:val="Punktliste"/>
        <w:rPr>
          <w:lang w:val="nb-NO"/>
        </w:rPr>
      </w:pPr>
      <w:r w:rsidRPr="00427E44">
        <w:rPr>
          <w:lang w:val="nb-NO"/>
        </w:rPr>
        <w:t>Trenerforum minst to ganger per sesong.</w:t>
      </w:r>
    </w:p>
    <w:p w14:paraId="5F925DA0" w14:textId="77777777" w:rsidR="006443A6" w:rsidRPr="00427E44" w:rsidRDefault="00FD09B8">
      <w:pPr>
        <w:pStyle w:val="Overskrift2"/>
        <w:rPr>
          <w:lang w:val="nb-NO"/>
        </w:rPr>
      </w:pPr>
      <w:r w:rsidRPr="00427E44">
        <w:rPr>
          <w:lang w:val="nb-NO"/>
        </w:rPr>
        <w:t>5. Aldersstyrt utvikling</w:t>
      </w:r>
    </w:p>
    <w:p w14:paraId="0D1EA5F5" w14:textId="77777777" w:rsidR="006443A6" w:rsidRPr="00427E44" w:rsidRDefault="00FD09B8">
      <w:pPr>
        <w:rPr>
          <w:lang w:val="nb-NO"/>
        </w:rPr>
      </w:pPr>
      <w:r w:rsidRPr="00427E44">
        <w:rPr>
          <w:lang w:val="nb-NO"/>
        </w:rPr>
        <w:t>Utviklingen av spillere i BIL Håndball skal tilpasses alder, ferdigheter og modning. Målet er å gi alle spillere mestring, trygghet og progresjon.</w:t>
      </w:r>
    </w:p>
    <w:p w14:paraId="6BD171E1" w14:textId="6AE2EE19" w:rsidR="006443A6" w:rsidRPr="00427E44" w:rsidRDefault="00FD09B8">
      <w:pPr>
        <w:pStyle w:val="Punktliste"/>
        <w:rPr>
          <w:lang w:val="nb-NO"/>
        </w:rPr>
      </w:pPr>
      <w:r w:rsidRPr="00427E44">
        <w:rPr>
          <w:lang w:val="nb-NO"/>
        </w:rPr>
        <w:t>8</w:t>
      </w:r>
      <w:r w:rsidR="00B00DCA">
        <w:rPr>
          <w:lang w:val="nb-NO"/>
        </w:rPr>
        <w:t>- 9</w:t>
      </w:r>
      <w:r w:rsidRPr="00427E44">
        <w:rPr>
          <w:lang w:val="nb-NO"/>
        </w:rPr>
        <w:t xml:space="preserve"> år: Lek, koordinasjon, ballglede og grunnmotorikk.</w:t>
      </w:r>
    </w:p>
    <w:p w14:paraId="5D0AC8B0" w14:textId="5B9BC8A1" w:rsidR="006443A6" w:rsidRPr="00427E44" w:rsidRDefault="00FD09B8">
      <w:pPr>
        <w:pStyle w:val="Punktliste"/>
        <w:rPr>
          <w:lang w:val="nb-NO"/>
        </w:rPr>
      </w:pPr>
      <w:r w:rsidRPr="00427E44">
        <w:rPr>
          <w:lang w:val="nb-NO"/>
        </w:rPr>
        <w:t>9–12 år: Ballkontroll, samspill, kast/mottak, og enkel spillforståelse.</w:t>
      </w:r>
    </w:p>
    <w:p w14:paraId="01C1DCD6" w14:textId="1C01092C" w:rsidR="006443A6" w:rsidRPr="00427E44" w:rsidRDefault="00FD09B8">
      <w:pPr>
        <w:pStyle w:val="Punktliste"/>
        <w:rPr>
          <w:lang w:val="nb-NO"/>
        </w:rPr>
      </w:pPr>
      <w:r w:rsidRPr="00427E44">
        <w:rPr>
          <w:lang w:val="nb-NO"/>
        </w:rPr>
        <w:t>13–14 år: Rolleforståelse, tempo, samspill og styrke med egen kroppsvekt.</w:t>
      </w:r>
    </w:p>
    <w:p w14:paraId="0541A981" w14:textId="4A41334B" w:rsidR="006443A6" w:rsidRPr="00427E44" w:rsidRDefault="00FD09B8">
      <w:pPr>
        <w:pStyle w:val="Punktliste"/>
        <w:rPr>
          <w:lang w:val="nb-NO"/>
        </w:rPr>
      </w:pPr>
      <w:r w:rsidRPr="00427E44">
        <w:rPr>
          <w:lang w:val="nb-NO"/>
        </w:rPr>
        <w:t>15–16 år: Fysisk utvikling, taktisk forståelse, hospitering og ansvar for egen utvikling.</w:t>
      </w:r>
    </w:p>
    <w:p w14:paraId="43107057" w14:textId="77777777" w:rsidR="006443A6" w:rsidRPr="00427E44" w:rsidRDefault="00FD09B8">
      <w:pPr>
        <w:pStyle w:val="Overskrift2"/>
        <w:rPr>
          <w:lang w:val="nb-NO"/>
        </w:rPr>
      </w:pPr>
      <w:r w:rsidRPr="00427E44">
        <w:rPr>
          <w:lang w:val="nb-NO"/>
        </w:rPr>
        <w:t>6. Spilletid og hospitering</w:t>
      </w:r>
    </w:p>
    <w:p w14:paraId="68B28619" w14:textId="7F7C8FF2" w:rsidR="006443A6" w:rsidRPr="00427E44" w:rsidRDefault="00FD09B8">
      <w:pPr>
        <w:rPr>
          <w:lang w:val="nb-NO"/>
        </w:rPr>
      </w:pPr>
      <w:r w:rsidRPr="00427E44">
        <w:rPr>
          <w:lang w:val="nb-NO"/>
        </w:rPr>
        <w:t xml:space="preserve">BIL Håndball skal ha en tydelig og rettferdig praksis for spilletid og hospitering. Lik spilletid </w:t>
      </w:r>
      <w:r w:rsidR="003A4036">
        <w:rPr>
          <w:lang w:val="nb-NO"/>
        </w:rPr>
        <w:t xml:space="preserve">gjennom sesongen </w:t>
      </w:r>
      <w:r w:rsidRPr="00427E44">
        <w:rPr>
          <w:lang w:val="nb-NO"/>
        </w:rPr>
        <w:t>skal være utgangspunktet til og med 12 år. Fra 13 år kan spilletid differensieres ut fra innsats, oppmøte og holdninger. Hospitering brukes som et verktøy for å gi utfordring og motivasjon til spillere som ønsker mer.</w:t>
      </w:r>
    </w:p>
    <w:p w14:paraId="23CF4919" w14:textId="77777777" w:rsidR="006443A6" w:rsidRDefault="00FD09B8">
      <w:proofErr w:type="spellStart"/>
      <w:r>
        <w:t>Retningslinjer</w:t>
      </w:r>
      <w:proofErr w:type="spellEnd"/>
      <w:r>
        <w:t xml:space="preserve"> for </w:t>
      </w:r>
      <w:proofErr w:type="spellStart"/>
      <w:r>
        <w:t>hospitering</w:t>
      </w:r>
      <w:proofErr w:type="spellEnd"/>
      <w:r>
        <w:t>:</w:t>
      </w:r>
    </w:p>
    <w:p w14:paraId="6233F9A7" w14:textId="69CE93A5" w:rsidR="006443A6" w:rsidRPr="00427E44" w:rsidRDefault="00FD09B8">
      <w:pPr>
        <w:pStyle w:val="Punktliste"/>
        <w:rPr>
          <w:lang w:val="nb-NO"/>
        </w:rPr>
      </w:pPr>
      <w:r w:rsidRPr="00427E44">
        <w:rPr>
          <w:lang w:val="nb-NO"/>
        </w:rPr>
        <w:t>Hospitering skal avtales mellom trenere og godkjennes av Sportslig Utvalg.</w:t>
      </w:r>
    </w:p>
    <w:p w14:paraId="7EFD76FF" w14:textId="5232B019" w:rsidR="006443A6" w:rsidRDefault="00FD09B8">
      <w:pPr>
        <w:pStyle w:val="Punktliste"/>
      </w:pPr>
      <w:proofErr w:type="spellStart"/>
      <w:r>
        <w:t>Hospitering</w:t>
      </w:r>
      <w:proofErr w:type="spellEnd"/>
      <w:r>
        <w:t xml:space="preserve"> </w:t>
      </w:r>
      <w:proofErr w:type="spellStart"/>
      <w:r>
        <w:t>skal</w:t>
      </w:r>
      <w:proofErr w:type="spellEnd"/>
      <w:r>
        <w:t xml:space="preserve"> </w:t>
      </w:r>
      <w:proofErr w:type="spellStart"/>
      <w:r>
        <w:t>være</w:t>
      </w:r>
      <w:proofErr w:type="spellEnd"/>
      <w:r>
        <w:t xml:space="preserve"> et supplement, ikke erstatte eget lag.</w:t>
      </w:r>
    </w:p>
    <w:p w14:paraId="5CCB1417" w14:textId="2DF386DB" w:rsidR="006443A6" w:rsidRPr="00427E44" w:rsidRDefault="00FD09B8">
      <w:pPr>
        <w:pStyle w:val="Punktliste"/>
        <w:rPr>
          <w:lang w:val="nb-NO"/>
        </w:rPr>
      </w:pPr>
      <w:r w:rsidRPr="00427E44">
        <w:rPr>
          <w:lang w:val="nb-NO"/>
        </w:rPr>
        <w:t>Spilleren skal oppleve trygghet og mestring i begge lagmiljøer.</w:t>
      </w:r>
    </w:p>
    <w:p w14:paraId="75CE8F24" w14:textId="15DC21E8" w:rsidR="006443A6" w:rsidRDefault="00FD09B8">
      <w:pPr>
        <w:pStyle w:val="Punktliste"/>
      </w:pPr>
      <w:proofErr w:type="spellStart"/>
      <w:r>
        <w:t>Hospitering</w:t>
      </w:r>
      <w:proofErr w:type="spellEnd"/>
      <w:r>
        <w:t xml:space="preserve"> </w:t>
      </w:r>
      <w:proofErr w:type="spellStart"/>
      <w:r>
        <w:t>mellom</w:t>
      </w:r>
      <w:proofErr w:type="spellEnd"/>
      <w:r>
        <w:t xml:space="preserve"> 16-årslag og senior skal skje planlagt og koordinert.</w:t>
      </w:r>
    </w:p>
    <w:p w14:paraId="105661A6" w14:textId="77777777" w:rsidR="006443A6" w:rsidRDefault="00FD09B8">
      <w:pPr>
        <w:pStyle w:val="Overskrift2"/>
      </w:pPr>
      <w:r>
        <w:t>7. Foreldrevett og lagkultur</w:t>
      </w:r>
    </w:p>
    <w:p w14:paraId="5CECE3A9" w14:textId="77777777" w:rsidR="006443A6" w:rsidRPr="00427E44" w:rsidRDefault="00FD09B8">
      <w:pPr>
        <w:rPr>
          <w:lang w:val="nb-NO"/>
        </w:rPr>
      </w:pPr>
      <w:r w:rsidRPr="00427E44">
        <w:rPr>
          <w:lang w:val="nb-NO"/>
        </w:rPr>
        <w:t>Foreldre og foresatte er viktige støttespillere i BIL Håndball. Vi ønsker engasjement, støtte og respekt – både på og utenfor banen.</w:t>
      </w:r>
    </w:p>
    <w:p w14:paraId="06E6B9BE" w14:textId="32D5ECA5" w:rsidR="006443A6" w:rsidRDefault="00FD09B8">
      <w:proofErr w:type="spellStart"/>
      <w:r>
        <w:t>Foreldrevettregler</w:t>
      </w:r>
      <w:proofErr w:type="spellEnd"/>
      <w:r>
        <w:t xml:space="preserve"> (</w:t>
      </w:r>
      <w:r w:rsidR="00FD0C7F">
        <w:t xml:space="preserve">se BIL sin </w:t>
      </w:r>
      <w:proofErr w:type="spellStart"/>
      <w:r w:rsidR="00FD0C7F">
        <w:t>nettside</w:t>
      </w:r>
      <w:proofErr w:type="spellEnd"/>
      <w:r>
        <w:t>):</w:t>
      </w:r>
    </w:p>
    <w:p w14:paraId="5C705E5A" w14:textId="7CFCF3ED" w:rsidR="006443A6" w:rsidRPr="00427E44" w:rsidRDefault="00FD09B8">
      <w:pPr>
        <w:pStyle w:val="Punktliste"/>
        <w:rPr>
          <w:lang w:val="nb-NO"/>
        </w:rPr>
      </w:pPr>
      <w:r w:rsidRPr="00427E44">
        <w:rPr>
          <w:lang w:val="nb-NO"/>
        </w:rPr>
        <w:t>Møt opp til kam</w:t>
      </w:r>
      <w:r w:rsidR="00E8115C">
        <w:rPr>
          <w:lang w:val="nb-NO"/>
        </w:rPr>
        <w:t>p</w:t>
      </w:r>
      <w:r w:rsidRPr="00427E44">
        <w:rPr>
          <w:lang w:val="nb-NO"/>
        </w:rPr>
        <w:t xml:space="preserve"> – barna legger merke til det.</w:t>
      </w:r>
    </w:p>
    <w:p w14:paraId="5DE0829A" w14:textId="5C1BD445" w:rsidR="006443A6" w:rsidRPr="00427E44" w:rsidRDefault="00FD09B8">
      <w:pPr>
        <w:pStyle w:val="Punktliste"/>
        <w:rPr>
          <w:lang w:val="nb-NO"/>
        </w:rPr>
      </w:pPr>
      <w:r w:rsidRPr="00427E44">
        <w:rPr>
          <w:lang w:val="nb-NO"/>
        </w:rPr>
        <w:t>Heie på alle – ikke bare ditt eget barn.</w:t>
      </w:r>
    </w:p>
    <w:p w14:paraId="08FF3AF8" w14:textId="700D77F0" w:rsidR="006443A6" w:rsidRDefault="00FD09B8">
      <w:pPr>
        <w:pStyle w:val="Punktliste"/>
      </w:pPr>
      <w:proofErr w:type="spellStart"/>
      <w:r>
        <w:t>Respekter</w:t>
      </w:r>
      <w:proofErr w:type="spellEnd"/>
      <w:r>
        <w:t xml:space="preserve"> </w:t>
      </w:r>
      <w:proofErr w:type="spellStart"/>
      <w:r>
        <w:t>dommere</w:t>
      </w:r>
      <w:proofErr w:type="spellEnd"/>
      <w:r>
        <w:t xml:space="preserve">, </w:t>
      </w:r>
      <w:proofErr w:type="spellStart"/>
      <w:r>
        <w:t>trenere</w:t>
      </w:r>
      <w:proofErr w:type="spellEnd"/>
      <w:r>
        <w:t xml:space="preserve"> og frivillige.</w:t>
      </w:r>
    </w:p>
    <w:p w14:paraId="4285FA96" w14:textId="7378E975" w:rsidR="006443A6" w:rsidRPr="00427E44" w:rsidRDefault="00FD09B8">
      <w:pPr>
        <w:pStyle w:val="Punktliste"/>
        <w:rPr>
          <w:lang w:val="nb-NO"/>
        </w:rPr>
      </w:pPr>
      <w:r w:rsidRPr="00427E44">
        <w:rPr>
          <w:lang w:val="nb-NO"/>
        </w:rPr>
        <w:t>Spør om barnet hadde det gøy – ikke om resultatet.</w:t>
      </w:r>
    </w:p>
    <w:p w14:paraId="28EB12B4" w14:textId="3F750C54" w:rsidR="006443A6" w:rsidRPr="00427E44" w:rsidRDefault="00FD09B8">
      <w:pPr>
        <w:pStyle w:val="Punktliste"/>
        <w:rPr>
          <w:lang w:val="nb-NO"/>
        </w:rPr>
      </w:pPr>
      <w:r w:rsidRPr="00427E44">
        <w:rPr>
          <w:lang w:val="nb-NO"/>
        </w:rPr>
        <w:t>Husk: Det er barna som spiller håndball – ikke de voksne.</w:t>
      </w:r>
    </w:p>
    <w:p w14:paraId="5D393E6F" w14:textId="77777777" w:rsidR="006443A6" w:rsidRPr="00427E44" w:rsidRDefault="00FD09B8">
      <w:pPr>
        <w:pStyle w:val="Overskrift2"/>
        <w:rPr>
          <w:lang w:val="nb-NO"/>
        </w:rPr>
      </w:pPr>
      <w:r w:rsidRPr="00427E44">
        <w:rPr>
          <w:lang w:val="nb-NO"/>
        </w:rPr>
        <w:lastRenderedPageBreak/>
        <w:t>8. Trenerutvikling</w:t>
      </w:r>
    </w:p>
    <w:p w14:paraId="781D0741" w14:textId="7B10FB5A" w:rsidR="006443A6" w:rsidRPr="00427E44" w:rsidRDefault="00FD09B8">
      <w:pPr>
        <w:rPr>
          <w:lang w:val="nb-NO"/>
        </w:rPr>
      </w:pPr>
      <w:r w:rsidRPr="00427E44">
        <w:rPr>
          <w:lang w:val="nb-NO"/>
        </w:rPr>
        <w:t>Trenerne er klubbens viktigste ressurs. Alle trenere i BIL Håndball skal ha Trenerattesten. Fra 13-årslag og oppover bør trenerne ha fullført NHF Trener 1. Klubben skal legge til rette for kontinuerlig faglig utvikling og erfaringsdeling.</w:t>
      </w:r>
      <w:r w:rsidR="00977D13">
        <w:rPr>
          <w:lang w:val="nb-NO"/>
        </w:rPr>
        <w:t xml:space="preserve"> Sportslig utvalg har ansvaret for å følge opp trenere. </w:t>
      </w:r>
    </w:p>
    <w:p w14:paraId="0F94FFDA" w14:textId="77777777" w:rsidR="00D47AA0" w:rsidRPr="00200EAB" w:rsidRDefault="00D47AA0">
      <w:pPr>
        <w:rPr>
          <w:lang w:val="nb-NO"/>
        </w:rPr>
      </w:pPr>
    </w:p>
    <w:p w14:paraId="0CAC4E24" w14:textId="2DAE3787" w:rsidR="006443A6" w:rsidRPr="00977D13" w:rsidRDefault="00FD09B8">
      <w:pPr>
        <w:rPr>
          <w:lang w:val="nb-NO"/>
        </w:rPr>
      </w:pPr>
      <w:r w:rsidRPr="00977D13">
        <w:rPr>
          <w:lang w:val="nb-NO"/>
        </w:rPr>
        <w:t>Tiltak for trenerutvikling:</w:t>
      </w:r>
    </w:p>
    <w:p w14:paraId="493E6291" w14:textId="33595AB8" w:rsidR="006443A6" w:rsidRPr="00427E44" w:rsidRDefault="00FD09B8">
      <w:pPr>
        <w:pStyle w:val="Punktliste"/>
        <w:rPr>
          <w:lang w:val="nb-NO"/>
        </w:rPr>
      </w:pPr>
      <w:r w:rsidRPr="00427E44">
        <w:rPr>
          <w:lang w:val="nb-NO"/>
        </w:rPr>
        <w:t>Trenerforum to ganger per sesong, ledet av Sportslig Utvalg.</w:t>
      </w:r>
    </w:p>
    <w:p w14:paraId="795823F2" w14:textId="65362B3D" w:rsidR="006443A6" w:rsidRPr="00427E44" w:rsidRDefault="00FD09B8">
      <w:pPr>
        <w:pStyle w:val="Punktliste"/>
        <w:rPr>
          <w:lang w:val="nb-NO"/>
        </w:rPr>
      </w:pPr>
      <w:r w:rsidRPr="00427E44">
        <w:rPr>
          <w:lang w:val="nb-NO"/>
        </w:rPr>
        <w:t>Felles økter og hospitering mellom ungdom og seniortrenere.</w:t>
      </w:r>
    </w:p>
    <w:p w14:paraId="456801DC" w14:textId="435A9443" w:rsidR="006443A6" w:rsidRPr="00427E44" w:rsidRDefault="00FD09B8">
      <w:pPr>
        <w:pStyle w:val="Punktliste"/>
        <w:rPr>
          <w:lang w:val="nb-NO"/>
        </w:rPr>
      </w:pPr>
      <w:r w:rsidRPr="00427E44">
        <w:rPr>
          <w:lang w:val="nb-NO"/>
        </w:rPr>
        <w:t>Tilrettelegging for trenerkurs (Trener 1 og 2).</w:t>
      </w:r>
    </w:p>
    <w:p w14:paraId="421C3402" w14:textId="061A58D3" w:rsidR="006443A6" w:rsidRDefault="00FD09B8">
      <w:pPr>
        <w:pStyle w:val="Punktliste"/>
      </w:pPr>
      <w:proofErr w:type="spellStart"/>
      <w:r>
        <w:t>Mentorordning</w:t>
      </w:r>
      <w:proofErr w:type="spellEnd"/>
      <w:r>
        <w:t xml:space="preserve"> for nye </w:t>
      </w:r>
      <w:proofErr w:type="spellStart"/>
      <w:r>
        <w:t>trenere</w:t>
      </w:r>
      <w:proofErr w:type="spellEnd"/>
      <w:r>
        <w:t>.</w:t>
      </w:r>
    </w:p>
    <w:p w14:paraId="4F03F775" w14:textId="77777777" w:rsidR="006443A6" w:rsidRDefault="00FD09B8">
      <w:pPr>
        <w:pStyle w:val="Overskrift2"/>
      </w:pPr>
      <w:r>
        <w:t>9. Dommer- og lederutvikling</w:t>
      </w:r>
    </w:p>
    <w:p w14:paraId="66392F53" w14:textId="77777777" w:rsidR="006443A6" w:rsidRPr="00427E44" w:rsidRDefault="00FD09B8">
      <w:pPr>
        <w:rPr>
          <w:lang w:val="nb-NO"/>
        </w:rPr>
      </w:pPr>
      <w:r w:rsidRPr="00427E44">
        <w:rPr>
          <w:lang w:val="nb-NO"/>
        </w:rPr>
        <w:t>BIL Håndball ønsker å utvikle egne dommere og ledere. Klubben skal tilby dommerkurs, og motivere spillere til å ta Dommer 1-kurs fra fylte 14 år. Dette skaper både forståelse for spillet og rekruttering til viktige støttefunksjoner.</w:t>
      </w:r>
    </w:p>
    <w:p w14:paraId="3AD96B9A" w14:textId="77777777" w:rsidR="006443A6" w:rsidRPr="00427E44" w:rsidRDefault="00FD09B8">
      <w:pPr>
        <w:pStyle w:val="Overskrift2"/>
        <w:rPr>
          <w:lang w:val="nb-NO"/>
        </w:rPr>
      </w:pPr>
      <w:r w:rsidRPr="00427E44">
        <w:rPr>
          <w:lang w:val="nb-NO"/>
        </w:rPr>
        <w:t>10. Organisering og oppfølging</w:t>
      </w:r>
    </w:p>
    <w:p w14:paraId="4201D4BA" w14:textId="77777777" w:rsidR="006443A6" w:rsidRPr="00427E44" w:rsidRDefault="00FD09B8">
      <w:pPr>
        <w:rPr>
          <w:lang w:val="nb-NO"/>
        </w:rPr>
      </w:pPr>
      <w:r w:rsidRPr="00427E44">
        <w:rPr>
          <w:lang w:val="nb-NO"/>
        </w:rPr>
        <w:t>Sportslig Utvalg har ansvar for å følge opp planen i samarbeid med styret. Planen skal evalueres årlig, og eventuelle endringer skal godkjennes av styret. BIL Håndball skal ha et helhetlig sportslig system der bredde og seniorutvikling henger sammen.</w:t>
      </w:r>
    </w:p>
    <w:p w14:paraId="5D8D9419" w14:textId="0E958D7F" w:rsidR="006443A6" w:rsidRPr="00427E44" w:rsidRDefault="006443A6">
      <w:pPr>
        <w:rPr>
          <w:lang w:val="nb-NO"/>
        </w:rPr>
      </w:pPr>
    </w:p>
    <w:sectPr w:rsidR="006443A6" w:rsidRPr="00427E44" w:rsidSect="00034616">
      <w:headerReference w:type="even" r:id="rId8"/>
      <w:headerReference w:type="default" r:id="rId9"/>
      <w:headerReference w:type="firs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4F9B84" w14:textId="77777777" w:rsidR="008A111D" w:rsidRDefault="008A111D" w:rsidP="00446C1E">
      <w:pPr>
        <w:spacing w:after="0" w:line="240" w:lineRule="auto"/>
      </w:pPr>
      <w:r>
        <w:separator/>
      </w:r>
    </w:p>
  </w:endnote>
  <w:endnote w:type="continuationSeparator" w:id="0">
    <w:p w14:paraId="7E29E379" w14:textId="77777777" w:rsidR="008A111D" w:rsidRDefault="008A111D" w:rsidP="00446C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E4D28E" w14:textId="77777777" w:rsidR="008A111D" w:rsidRDefault="008A111D" w:rsidP="00446C1E">
      <w:pPr>
        <w:spacing w:after="0" w:line="240" w:lineRule="auto"/>
      </w:pPr>
      <w:r>
        <w:separator/>
      </w:r>
    </w:p>
  </w:footnote>
  <w:footnote w:type="continuationSeparator" w:id="0">
    <w:p w14:paraId="3C0AC70C" w14:textId="77777777" w:rsidR="008A111D" w:rsidRDefault="008A111D" w:rsidP="00446C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FD6C75" w14:textId="4CA1A1C0" w:rsidR="00446C1E" w:rsidRDefault="00446C1E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864DCB" w14:textId="74767A0A" w:rsidR="00446C1E" w:rsidRDefault="00446C1E">
    <w:pPr>
      <w:pStyle w:val="Top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D9815B" w14:textId="481889DE" w:rsidR="00446C1E" w:rsidRDefault="00446C1E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741324195">
    <w:abstractNumId w:val="8"/>
  </w:num>
  <w:num w:numId="2" w16cid:durableId="290089973">
    <w:abstractNumId w:val="6"/>
  </w:num>
  <w:num w:numId="3" w16cid:durableId="1254123108">
    <w:abstractNumId w:val="5"/>
  </w:num>
  <w:num w:numId="4" w16cid:durableId="1721661284">
    <w:abstractNumId w:val="4"/>
  </w:num>
  <w:num w:numId="5" w16cid:durableId="545685116">
    <w:abstractNumId w:val="7"/>
  </w:num>
  <w:num w:numId="6" w16cid:durableId="68235334">
    <w:abstractNumId w:val="3"/>
  </w:num>
  <w:num w:numId="7" w16cid:durableId="151214134">
    <w:abstractNumId w:val="2"/>
  </w:num>
  <w:num w:numId="8" w16cid:durableId="556011948">
    <w:abstractNumId w:val="1"/>
  </w:num>
  <w:num w:numId="9" w16cid:durableId="5499199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B11DF"/>
    <w:rsid w:val="00141D35"/>
    <w:rsid w:val="0015074B"/>
    <w:rsid w:val="001931AA"/>
    <w:rsid w:val="00200EAB"/>
    <w:rsid w:val="00252C0E"/>
    <w:rsid w:val="0029639D"/>
    <w:rsid w:val="00326F90"/>
    <w:rsid w:val="00375245"/>
    <w:rsid w:val="003A4036"/>
    <w:rsid w:val="00427E44"/>
    <w:rsid w:val="00446C1E"/>
    <w:rsid w:val="005E453E"/>
    <w:rsid w:val="006443A6"/>
    <w:rsid w:val="00661BB2"/>
    <w:rsid w:val="00844E63"/>
    <w:rsid w:val="008A111D"/>
    <w:rsid w:val="008C3794"/>
    <w:rsid w:val="00971E21"/>
    <w:rsid w:val="00977D13"/>
    <w:rsid w:val="00A608BD"/>
    <w:rsid w:val="00AA1D8D"/>
    <w:rsid w:val="00B00DCA"/>
    <w:rsid w:val="00B33C9E"/>
    <w:rsid w:val="00B47730"/>
    <w:rsid w:val="00BD6ACE"/>
    <w:rsid w:val="00CB0664"/>
    <w:rsid w:val="00CF162F"/>
    <w:rsid w:val="00D4674C"/>
    <w:rsid w:val="00D47AA0"/>
    <w:rsid w:val="00D66668"/>
    <w:rsid w:val="00E22190"/>
    <w:rsid w:val="00E8115C"/>
    <w:rsid w:val="00E87389"/>
    <w:rsid w:val="00F03F92"/>
    <w:rsid w:val="00F119E9"/>
    <w:rsid w:val="00FC693F"/>
    <w:rsid w:val="00FD09B8"/>
    <w:rsid w:val="00FD0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F5FDB2A"/>
  <w14:defaultImageDpi w14:val="300"/>
  <w15:docId w15:val="{B72ABF5B-075D-4ED9-9FF8-7872EA180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773</Words>
  <Characters>4102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4866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Aasen, Kristine</cp:lastModifiedBy>
  <cp:revision>2</cp:revision>
  <dcterms:created xsi:type="dcterms:W3CDTF">2026-01-18T17:47:00Z</dcterms:created>
  <dcterms:modified xsi:type="dcterms:W3CDTF">2026-01-18T17:47:00Z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876794c-8cc1-4553-ade2-1b635d166220_Enabled">
    <vt:lpwstr>true</vt:lpwstr>
  </property>
  <property fmtid="{D5CDD505-2E9C-101B-9397-08002B2CF9AE}" pid="3" name="MSIP_Label_f876794c-8cc1-4553-ade2-1b635d166220_SetDate">
    <vt:lpwstr>2025-10-31T17:13:57Z</vt:lpwstr>
  </property>
  <property fmtid="{D5CDD505-2E9C-101B-9397-08002B2CF9AE}" pid="4" name="MSIP_Label_f876794c-8cc1-4553-ade2-1b635d166220_Method">
    <vt:lpwstr>Privileged</vt:lpwstr>
  </property>
  <property fmtid="{D5CDD505-2E9C-101B-9397-08002B2CF9AE}" pid="5" name="MSIP_Label_f876794c-8cc1-4553-ade2-1b635d166220_Name">
    <vt:lpwstr>Åpen informasjon</vt:lpwstr>
  </property>
  <property fmtid="{D5CDD505-2E9C-101B-9397-08002B2CF9AE}" pid="6" name="MSIP_Label_f876794c-8cc1-4553-ade2-1b635d166220_SiteId">
    <vt:lpwstr>4e14915f-a3fe-45aa-92c3-9d87465eda00</vt:lpwstr>
  </property>
  <property fmtid="{D5CDD505-2E9C-101B-9397-08002B2CF9AE}" pid="7" name="MSIP_Label_f876794c-8cc1-4553-ade2-1b635d166220_ActionId">
    <vt:lpwstr>5e77e73c-e770-43a1-a662-b34419faf30a</vt:lpwstr>
  </property>
  <property fmtid="{D5CDD505-2E9C-101B-9397-08002B2CF9AE}" pid="8" name="MSIP_Label_f876794c-8cc1-4553-ade2-1b635d166220_ContentBits">
    <vt:lpwstr>0</vt:lpwstr>
  </property>
  <property fmtid="{D5CDD505-2E9C-101B-9397-08002B2CF9AE}" pid="9" name="MSIP_Label_f876794c-8cc1-4553-ade2-1b635d166220_Tag">
    <vt:lpwstr>10, 0, 1, 1</vt:lpwstr>
  </property>
</Properties>
</file>